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53286A" w14:textId="07BB3DE3" w:rsidR="00B66360" w:rsidRDefault="00B66360" w:rsidP="00B6636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F8FA254" wp14:editId="2E622F3F">
            <wp:extent cx="1171575" cy="990600"/>
            <wp:effectExtent l="0" t="0" r="0" b="0"/>
            <wp:docPr id="125748238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23150" w14:textId="77777777" w:rsidR="00B66360" w:rsidRPr="00B66360" w:rsidRDefault="00B66360" w:rsidP="00B66360">
      <w:pPr>
        <w:jc w:val="center"/>
        <w:rPr>
          <w:rFonts w:ascii="Arial" w:hAnsi="Arial" w:cs="Arial"/>
          <w:sz w:val="24"/>
          <w:szCs w:val="24"/>
        </w:rPr>
      </w:pPr>
      <w:r w:rsidRPr="00B66360">
        <w:rPr>
          <w:rFonts w:ascii="Arial" w:hAnsi="Arial" w:cs="Arial"/>
          <w:sz w:val="24"/>
          <w:szCs w:val="24"/>
        </w:rPr>
        <w:t>CÂMARA MUNICIPAL DE TERRA DE AREIA</w:t>
      </w:r>
    </w:p>
    <w:p w14:paraId="676ABCDA" w14:textId="77777777" w:rsidR="00B66360" w:rsidRPr="00B66360" w:rsidRDefault="00B66360" w:rsidP="00B66360">
      <w:pPr>
        <w:jc w:val="center"/>
        <w:rPr>
          <w:rFonts w:ascii="Arial" w:hAnsi="Arial" w:cs="Arial"/>
          <w:sz w:val="24"/>
          <w:szCs w:val="24"/>
        </w:rPr>
      </w:pPr>
      <w:r w:rsidRPr="00B66360">
        <w:rPr>
          <w:rFonts w:ascii="Arial" w:hAnsi="Arial" w:cs="Arial"/>
          <w:sz w:val="24"/>
          <w:szCs w:val="24"/>
        </w:rPr>
        <w:t xml:space="preserve"> ESTADO DO RIO GRANDE DO SUL </w:t>
      </w:r>
    </w:p>
    <w:p w14:paraId="04DBDB87" w14:textId="77777777" w:rsidR="00B66360" w:rsidRDefault="00B66360" w:rsidP="00B66360">
      <w:pPr>
        <w:spacing w:after="160" w:line="256" w:lineRule="auto"/>
        <w:jc w:val="center"/>
        <w:rPr>
          <w:b/>
          <w:bCs/>
          <w:sz w:val="24"/>
          <w:szCs w:val="24"/>
        </w:rPr>
      </w:pPr>
    </w:p>
    <w:p w14:paraId="018185D7" w14:textId="2C18CE2E" w:rsidR="00B66360" w:rsidRPr="0062189B" w:rsidRDefault="00B66360" w:rsidP="00B66360">
      <w:pPr>
        <w:spacing w:after="160" w:line="25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2189B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2189B">
        <w:rPr>
          <w:rFonts w:ascii="Arial" w:hAnsi="Arial" w:cs="Arial"/>
          <w:b/>
          <w:bCs/>
          <w:sz w:val="24"/>
          <w:szCs w:val="24"/>
        </w:rPr>
        <w:t>Indicação</w:t>
      </w:r>
      <w:proofErr w:type="spellEnd"/>
      <w:r w:rsidRPr="0062189B">
        <w:rPr>
          <w:rFonts w:ascii="Arial" w:hAnsi="Arial" w:cs="Arial"/>
          <w:b/>
          <w:bCs/>
          <w:sz w:val="24"/>
          <w:szCs w:val="24"/>
        </w:rPr>
        <w:t xml:space="preserve"> nº 02/2026</w:t>
      </w:r>
    </w:p>
    <w:p w14:paraId="5FFE8802" w14:textId="77777777" w:rsidR="009D33F6" w:rsidRDefault="009D33F6"/>
    <w:p w14:paraId="42B4996E" w14:textId="11BDF2AD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  <w:b/>
        </w:rPr>
        <w:t>Autor:</w:t>
      </w:r>
      <w:r w:rsidR="00B34C17" w:rsidRPr="0062189B">
        <w:rPr>
          <w:rFonts w:ascii="Arial" w:hAnsi="Arial" w:cs="Arial"/>
          <w:b/>
        </w:rPr>
        <w:tab/>
      </w:r>
      <w:proofErr w:type="spellStart"/>
      <w:r w:rsidRPr="0062189B">
        <w:rPr>
          <w:rFonts w:ascii="Arial" w:hAnsi="Arial" w:cs="Arial"/>
        </w:rPr>
        <w:t>Vereador</w:t>
      </w:r>
      <w:proofErr w:type="spellEnd"/>
      <w:r w:rsidR="00B34C17" w:rsidRPr="0062189B">
        <w:rPr>
          <w:rFonts w:ascii="Arial" w:hAnsi="Arial" w:cs="Arial"/>
        </w:rPr>
        <w:tab/>
      </w:r>
      <w:r w:rsidRPr="0062189B">
        <w:rPr>
          <w:rFonts w:ascii="Arial" w:hAnsi="Arial" w:cs="Arial"/>
        </w:rPr>
        <w:t>Márcio</w:t>
      </w:r>
      <w:r w:rsidR="00B34C17" w:rsidRPr="0062189B">
        <w:rPr>
          <w:rFonts w:ascii="Arial" w:hAnsi="Arial" w:cs="Arial"/>
        </w:rPr>
        <w:tab/>
      </w:r>
      <w:r w:rsidRPr="0062189B">
        <w:rPr>
          <w:rFonts w:ascii="Arial" w:hAnsi="Arial" w:cs="Arial"/>
        </w:rPr>
        <w:t>Ferrari</w:t>
      </w:r>
      <w:r w:rsidRPr="0062189B">
        <w:rPr>
          <w:rFonts w:ascii="Arial" w:hAnsi="Arial" w:cs="Arial"/>
        </w:rPr>
        <w:br/>
      </w:r>
      <w:proofErr w:type="spellStart"/>
      <w:r w:rsidRPr="0062189B">
        <w:rPr>
          <w:rFonts w:ascii="Arial" w:hAnsi="Arial" w:cs="Arial"/>
          <w:b/>
        </w:rPr>
        <w:t>Destinatário</w:t>
      </w:r>
      <w:proofErr w:type="spellEnd"/>
      <w:r w:rsidRPr="0062189B">
        <w:rPr>
          <w:rFonts w:ascii="Arial" w:hAnsi="Arial" w:cs="Arial"/>
          <w:b/>
        </w:rPr>
        <w:t xml:space="preserve">: </w:t>
      </w:r>
      <w:proofErr w:type="spellStart"/>
      <w:r w:rsidRPr="0062189B">
        <w:rPr>
          <w:rFonts w:ascii="Arial" w:hAnsi="Arial" w:cs="Arial"/>
        </w:rPr>
        <w:t>Excelentíssimo</w:t>
      </w:r>
      <w:proofErr w:type="spellEnd"/>
      <w:r w:rsidRPr="0062189B">
        <w:rPr>
          <w:rFonts w:ascii="Arial" w:hAnsi="Arial" w:cs="Arial"/>
        </w:rPr>
        <w:t xml:space="preserve"> Senhor </w:t>
      </w:r>
      <w:proofErr w:type="spellStart"/>
      <w:r w:rsidRPr="0062189B">
        <w:rPr>
          <w:rFonts w:ascii="Arial" w:hAnsi="Arial" w:cs="Arial"/>
        </w:rPr>
        <w:t>Prefeito</w:t>
      </w:r>
      <w:proofErr w:type="spellEnd"/>
      <w:r w:rsidRPr="0062189B">
        <w:rPr>
          <w:rFonts w:ascii="Arial" w:hAnsi="Arial" w:cs="Arial"/>
        </w:rPr>
        <w:t xml:space="preserve"> Municipal de Terra de Areia/RS</w:t>
      </w:r>
    </w:p>
    <w:p w14:paraId="256EEF99" w14:textId="77777777" w:rsidR="009D33F6" w:rsidRPr="0062189B" w:rsidRDefault="009D33F6" w:rsidP="00B34C17">
      <w:pPr>
        <w:jc w:val="both"/>
        <w:rPr>
          <w:rFonts w:ascii="Arial" w:hAnsi="Arial" w:cs="Arial"/>
        </w:rPr>
      </w:pPr>
    </w:p>
    <w:p w14:paraId="5ED1B9D5" w14:textId="35F6FE99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  <w:b/>
        </w:rPr>
        <w:t xml:space="preserve">Assunto: </w:t>
      </w:r>
      <w:r w:rsidRPr="0062189B">
        <w:rPr>
          <w:rFonts w:ascii="Arial" w:hAnsi="Arial" w:cs="Arial"/>
        </w:rPr>
        <w:t xml:space="preserve">Solicita autorização para uso controlado do pátio da Prefeitura Municipal por </w:t>
      </w:r>
      <w:proofErr w:type="spellStart"/>
      <w:r w:rsidRPr="0062189B">
        <w:rPr>
          <w:rFonts w:ascii="Arial" w:hAnsi="Arial" w:cs="Arial"/>
        </w:rPr>
        <w:t>grupo</w:t>
      </w:r>
      <w:proofErr w:type="spellEnd"/>
      <w:r w:rsidRPr="0062189B">
        <w:rPr>
          <w:rFonts w:ascii="Arial" w:hAnsi="Arial" w:cs="Arial"/>
        </w:rPr>
        <w:t xml:space="preserve"> de </w:t>
      </w:r>
      <w:proofErr w:type="spellStart"/>
      <w:r w:rsidRPr="0062189B">
        <w:rPr>
          <w:rFonts w:ascii="Arial" w:hAnsi="Arial" w:cs="Arial"/>
        </w:rPr>
        <w:t>veículos</w:t>
      </w:r>
      <w:proofErr w:type="spellEnd"/>
      <w:r w:rsidRPr="0062189B">
        <w:rPr>
          <w:rFonts w:ascii="Arial" w:hAnsi="Arial" w:cs="Arial"/>
        </w:rPr>
        <w:t xml:space="preserve"> </w:t>
      </w:r>
      <w:proofErr w:type="spellStart"/>
      <w:r w:rsidRPr="0062189B">
        <w:rPr>
          <w:rFonts w:ascii="Arial" w:hAnsi="Arial" w:cs="Arial"/>
        </w:rPr>
        <w:t>rebaixados</w:t>
      </w:r>
      <w:proofErr w:type="spellEnd"/>
      <w:r w:rsidRPr="0062189B">
        <w:rPr>
          <w:rFonts w:ascii="Arial" w:hAnsi="Arial" w:cs="Arial"/>
        </w:rPr>
        <w:t xml:space="preserve"> para </w:t>
      </w:r>
      <w:proofErr w:type="spellStart"/>
      <w:r w:rsidRPr="0062189B">
        <w:rPr>
          <w:rFonts w:ascii="Arial" w:hAnsi="Arial" w:cs="Arial"/>
        </w:rPr>
        <w:t>encontros</w:t>
      </w:r>
      <w:proofErr w:type="spellEnd"/>
      <w:r w:rsidRPr="0062189B">
        <w:rPr>
          <w:rFonts w:ascii="Arial" w:hAnsi="Arial" w:cs="Arial"/>
        </w:rPr>
        <w:t xml:space="preserve"> </w:t>
      </w:r>
      <w:proofErr w:type="spellStart"/>
      <w:r w:rsidRPr="0062189B">
        <w:rPr>
          <w:rFonts w:ascii="Arial" w:hAnsi="Arial" w:cs="Arial"/>
        </w:rPr>
        <w:t>semanais</w:t>
      </w:r>
      <w:proofErr w:type="spellEnd"/>
      <w:r w:rsidRPr="0062189B">
        <w:rPr>
          <w:rFonts w:ascii="Arial" w:hAnsi="Arial" w:cs="Arial"/>
        </w:rPr>
        <w:t>.</w:t>
      </w:r>
    </w:p>
    <w:p w14:paraId="2ED30695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Senhor Prefeito,</w:t>
      </w:r>
    </w:p>
    <w:p w14:paraId="37609ACE" w14:textId="5F920C98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 xml:space="preserve">O Vereador que esta subscreve, no uso de suas atribuições legais e regimentais, vem respeitosamente INDICAR ao Poder Executivo Municipal que estude a viabilidade de autorizar, de forma controlada e regulamentada, a utilização do pátio de estacionamento da sede da Prefeitura Municipal para a </w:t>
      </w:r>
      <w:proofErr w:type="spellStart"/>
      <w:r w:rsidRPr="0062189B">
        <w:rPr>
          <w:rFonts w:ascii="Arial" w:hAnsi="Arial" w:cs="Arial"/>
        </w:rPr>
        <w:t>realização</w:t>
      </w:r>
      <w:proofErr w:type="spellEnd"/>
      <w:r w:rsidRPr="0062189B">
        <w:rPr>
          <w:rFonts w:ascii="Arial" w:hAnsi="Arial" w:cs="Arial"/>
        </w:rPr>
        <w:t xml:space="preserve"> de </w:t>
      </w:r>
      <w:proofErr w:type="spellStart"/>
      <w:r w:rsidRPr="0062189B">
        <w:rPr>
          <w:rFonts w:ascii="Arial" w:hAnsi="Arial" w:cs="Arial"/>
        </w:rPr>
        <w:t>encontros</w:t>
      </w:r>
      <w:proofErr w:type="spellEnd"/>
      <w:r w:rsidRPr="0062189B">
        <w:rPr>
          <w:rFonts w:ascii="Arial" w:hAnsi="Arial" w:cs="Arial"/>
        </w:rPr>
        <w:t xml:space="preserve"> </w:t>
      </w:r>
      <w:proofErr w:type="spellStart"/>
      <w:r w:rsidR="00B34C17" w:rsidRPr="0062189B">
        <w:rPr>
          <w:rFonts w:ascii="Arial" w:hAnsi="Arial" w:cs="Arial"/>
        </w:rPr>
        <w:t>mensais</w:t>
      </w:r>
      <w:proofErr w:type="spellEnd"/>
      <w:r w:rsidRPr="0062189B">
        <w:rPr>
          <w:rFonts w:ascii="Arial" w:hAnsi="Arial" w:cs="Arial"/>
        </w:rPr>
        <w:t xml:space="preserve"> de </w:t>
      </w:r>
      <w:proofErr w:type="spellStart"/>
      <w:r w:rsidRPr="0062189B">
        <w:rPr>
          <w:rFonts w:ascii="Arial" w:hAnsi="Arial" w:cs="Arial"/>
        </w:rPr>
        <w:t>grupo</w:t>
      </w:r>
      <w:proofErr w:type="spellEnd"/>
      <w:r w:rsidRPr="0062189B">
        <w:rPr>
          <w:rFonts w:ascii="Arial" w:hAnsi="Arial" w:cs="Arial"/>
        </w:rPr>
        <w:t xml:space="preserve"> de </w:t>
      </w:r>
      <w:proofErr w:type="spellStart"/>
      <w:r w:rsidRPr="0062189B">
        <w:rPr>
          <w:rFonts w:ascii="Arial" w:hAnsi="Arial" w:cs="Arial"/>
        </w:rPr>
        <w:t>proprietários</w:t>
      </w:r>
      <w:proofErr w:type="spellEnd"/>
      <w:r w:rsidRPr="0062189B">
        <w:rPr>
          <w:rFonts w:ascii="Arial" w:hAnsi="Arial" w:cs="Arial"/>
        </w:rPr>
        <w:t xml:space="preserve"> de </w:t>
      </w:r>
      <w:proofErr w:type="spellStart"/>
      <w:r w:rsidRPr="0062189B">
        <w:rPr>
          <w:rFonts w:ascii="Arial" w:hAnsi="Arial" w:cs="Arial"/>
        </w:rPr>
        <w:t>veículos</w:t>
      </w:r>
      <w:proofErr w:type="spellEnd"/>
      <w:r w:rsidRPr="0062189B">
        <w:rPr>
          <w:rFonts w:ascii="Arial" w:hAnsi="Arial" w:cs="Arial"/>
        </w:rPr>
        <w:t xml:space="preserve"> </w:t>
      </w:r>
      <w:proofErr w:type="spellStart"/>
      <w:r w:rsidRPr="0062189B">
        <w:rPr>
          <w:rFonts w:ascii="Arial" w:hAnsi="Arial" w:cs="Arial"/>
        </w:rPr>
        <w:t>rebaixados</w:t>
      </w:r>
      <w:proofErr w:type="spellEnd"/>
      <w:r w:rsidRPr="0062189B">
        <w:rPr>
          <w:rFonts w:ascii="Arial" w:hAnsi="Arial" w:cs="Arial"/>
        </w:rPr>
        <w:t xml:space="preserve"> do </w:t>
      </w:r>
      <w:proofErr w:type="spellStart"/>
      <w:r w:rsidRPr="0062189B">
        <w:rPr>
          <w:rFonts w:ascii="Arial" w:hAnsi="Arial" w:cs="Arial"/>
        </w:rPr>
        <w:t>município</w:t>
      </w:r>
      <w:proofErr w:type="spellEnd"/>
      <w:r w:rsidRPr="0062189B">
        <w:rPr>
          <w:rFonts w:ascii="Arial" w:hAnsi="Arial" w:cs="Arial"/>
        </w:rPr>
        <w:t>.</w:t>
      </w:r>
    </w:p>
    <w:p w14:paraId="101F904E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  <w:b/>
        </w:rPr>
        <w:t>JUSTIFICATIVA</w:t>
      </w:r>
    </w:p>
    <w:p w14:paraId="25EFAE0B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A presente indicação tem por objetivo atender reivindicação de munícipes que participam de grupo organizado de veículos rebaixados, os quais manifestaram interesse em dispor de um local apropriado e seguro para encontros periódicos.</w:t>
      </w:r>
    </w:p>
    <w:p w14:paraId="76F4AE30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A medida busca:</w:t>
      </w:r>
    </w:p>
    <w:p w14:paraId="23CB719B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- Proporcionar um espaço adequado para convivência social e prática recreativa organizada;</w:t>
      </w:r>
    </w:p>
    <w:p w14:paraId="4ED21F0D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 xml:space="preserve">- Evitar a realização de encontros informais em vias públicas, </w:t>
      </w:r>
      <w:proofErr w:type="spellStart"/>
      <w:r w:rsidRPr="0062189B">
        <w:rPr>
          <w:rFonts w:ascii="Arial" w:hAnsi="Arial" w:cs="Arial"/>
        </w:rPr>
        <w:t>contribuindo</w:t>
      </w:r>
      <w:proofErr w:type="spellEnd"/>
      <w:r w:rsidRPr="0062189B">
        <w:rPr>
          <w:rFonts w:ascii="Arial" w:hAnsi="Arial" w:cs="Arial"/>
        </w:rPr>
        <w:t xml:space="preserve"> para a </w:t>
      </w:r>
      <w:proofErr w:type="spellStart"/>
      <w:r w:rsidRPr="0062189B">
        <w:rPr>
          <w:rFonts w:ascii="Arial" w:hAnsi="Arial" w:cs="Arial"/>
        </w:rPr>
        <w:t>segurança</w:t>
      </w:r>
      <w:proofErr w:type="spellEnd"/>
      <w:r w:rsidRPr="0062189B">
        <w:rPr>
          <w:rFonts w:ascii="Arial" w:hAnsi="Arial" w:cs="Arial"/>
        </w:rPr>
        <w:t xml:space="preserve"> no </w:t>
      </w:r>
      <w:proofErr w:type="spellStart"/>
      <w:r w:rsidRPr="0062189B">
        <w:rPr>
          <w:rFonts w:ascii="Arial" w:hAnsi="Arial" w:cs="Arial"/>
        </w:rPr>
        <w:t>trânsito</w:t>
      </w:r>
      <w:proofErr w:type="spellEnd"/>
      <w:r w:rsidRPr="0062189B">
        <w:rPr>
          <w:rFonts w:ascii="Arial" w:hAnsi="Arial" w:cs="Arial"/>
        </w:rPr>
        <w:t>;</w:t>
      </w:r>
    </w:p>
    <w:p w14:paraId="311DEAE1" w14:textId="77777777" w:rsidR="000118F2" w:rsidRPr="0062189B" w:rsidRDefault="000118F2" w:rsidP="00B34C17">
      <w:pPr>
        <w:jc w:val="both"/>
        <w:rPr>
          <w:rFonts w:ascii="Arial" w:hAnsi="Arial" w:cs="Arial"/>
        </w:rPr>
      </w:pPr>
    </w:p>
    <w:p w14:paraId="58F22115" w14:textId="77777777" w:rsidR="00B66360" w:rsidRPr="0062189B" w:rsidRDefault="00B66360" w:rsidP="00B66360">
      <w:pPr>
        <w:jc w:val="center"/>
        <w:rPr>
          <w:rFonts w:ascii="Arial" w:hAnsi="Arial" w:cs="Arial"/>
          <w:sz w:val="24"/>
          <w:szCs w:val="24"/>
        </w:rPr>
      </w:pPr>
      <w:r w:rsidRPr="0062189B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F0FD35C" wp14:editId="5D2C3B0D">
            <wp:extent cx="1171575" cy="990600"/>
            <wp:effectExtent l="0" t="0" r="0" b="0"/>
            <wp:docPr id="86293336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C1A70" w14:textId="77777777" w:rsidR="00B66360" w:rsidRPr="0062189B" w:rsidRDefault="00B66360" w:rsidP="00B66360">
      <w:pPr>
        <w:jc w:val="center"/>
        <w:rPr>
          <w:rFonts w:ascii="Arial" w:hAnsi="Arial" w:cs="Arial"/>
          <w:sz w:val="24"/>
          <w:szCs w:val="24"/>
        </w:rPr>
      </w:pPr>
      <w:r w:rsidRPr="0062189B">
        <w:rPr>
          <w:rFonts w:ascii="Arial" w:hAnsi="Arial" w:cs="Arial"/>
          <w:sz w:val="24"/>
          <w:szCs w:val="24"/>
        </w:rPr>
        <w:t>CÂMARA MUNICIPAL DE TERRA DE AREIA</w:t>
      </w:r>
    </w:p>
    <w:p w14:paraId="0BBF258A" w14:textId="77777777" w:rsidR="00B66360" w:rsidRPr="0062189B" w:rsidRDefault="00B66360" w:rsidP="00B66360">
      <w:pPr>
        <w:jc w:val="center"/>
        <w:rPr>
          <w:rFonts w:ascii="Arial" w:hAnsi="Arial" w:cs="Arial"/>
          <w:sz w:val="24"/>
          <w:szCs w:val="24"/>
        </w:rPr>
      </w:pPr>
      <w:r w:rsidRPr="0062189B">
        <w:rPr>
          <w:rFonts w:ascii="Arial" w:hAnsi="Arial" w:cs="Arial"/>
          <w:sz w:val="24"/>
          <w:szCs w:val="24"/>
        </w:rPr>
        <w:t xml:space="preserve"> ESTADO DO RIO GRANDE DO SUL </w:t>
      </w:r>
    </w:p>
    <w:p w14:paraId="4CCFBF7E" w14:textId="77777777" w:rsidR="00B66360" w:rsidRPr="0062189B" w:rsidRDefault="00B66360" w:rsidP="00B34C17">
      <w:pPr>
        <w:jc w:val="both"/>
        <w:rPr>
          <w:rFonts w:ascii="Arial" w:hAnsi="Arial" w:cs="Arial"/>
        </w:rPr>
      </w:pPr>
    </w:p>
    <w:p w14:paraId="6DFE0418" w14:textId="5DD19862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 xml:space="preserve">- Incentivar a </w:t>
      </w:r>
      <w:proofErr w:type="spellStart"/>
      <w:r w:rsidRPr="0062189B">
        <w:rPr>
          <w:rFonts w:ascii="Arial" w:hAnsi="Arial" w:cs="Arial"/>
        </w:rPr>
        <w:t>organização</w:t>
      </w:r>
      <w:proofErr w:type="spellEnd"/>
      <w:r w:rsidRPr="0062189B">
        <w:rPr>
          <w:rFonts w:ascii="Arial" w:hAnsi="Arial" w:cs="Arial"/>
        </w:rPr>
        <w:t xml:space="preserve"> e a </w:t>
      </w:r>
      <w:proofErr w:type="spellStart"/>
      <w:r w:rsidRPr="0062189B">
        <w:rPr>
          <w:rFonts w:ascii="Arial" w:hAnsi="Arial" w:cs="Arial"/>
        </w:rPr>
        <w:t>responsabilidade</w:t>
      </w:r>
      <w:proofErr w:type="spellEnd"/>
      <w:r w:rsidRPr="0062189B">
        <w:rPr>
          <w:rFonts w:ascii="Arial" w:hAnsi="Arial" w:cs="Arial"/>
        </w:rPr>
        <w:t xml:space="preserve"> dos participantes;</w:t>
      </w:r>
    </w:p>
    <w:p w14:paraId="44F00CC5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- Possibilitar maior controle por parte do Poder Público quanto ao cumprimento das normas legais.</w:t>
      </w:r>
    </w:p>
    <w:p w14:paraId="4826CBBD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Destaca-se que eventual autorização deve ocorrer mediante critérios previamente estabelecidos, tais como:</w:t>
      </w:r>
    </w:p>
    <w:p w14:paraId="1362FA43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- Definição de dias e horários específicos;</w:t>
      </w:r>
    </w:p>
    <w:p w14:paraId="5727A5B2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- Proibição de manobras perigosas e som automotivo em desacordo com a legislação;</w:t>
      </w:r>
    </w:p>
    <w:p w14:paraId="270C70D6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- Responsabilização dos organizadores pelo uso adequado do espaço;</w:t>
      </w:r>
    </w:p>
    <w:p w14:paraId="23518D0C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- Garantia da preservação do patrimônio público;</w:t>
      </w:r>
    </w:p>
    <w:p w14:paraId="0A9CCDE5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>- Observância das normas do Código de Trânsito Brasileiro (Lei nº 9.503/1997) e demais legislações pertinentes.</w:t>
      </w:r>
    </w:p>
    <w:p w14:paraId="3C937713" w14:textId="77777777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 xml:space="preserve">Sugere-se, ainda, que </w:t>
      </w:r>
      <w:proofErr w:type="gramStart"/>
      <w:r w:rsidRPr="0062189B">
        <w:rPr>
          <w:rFonts w:ascii="Arial" w:hAnsi="Arial" w:cs="Arial"/>
        </w:rPr>
        <w:t>a</w:t>
      </w:r>
      <w:proofErr w:type="gramEnd"/>
      <w:r w:rsidRPr="0062189B">
        <w:rPr>
          <w:rFonts w:ascii="Arial" w:hAnsi="Arial" w:cs="Arial"/>
        </w:rPr>
        <w:t xml:space="preserve"> iniciativa seja implementada em caráter experimental, possibilitando avaliação posterior quanto à sua continuidade.</w:t>
      </w:r>
    </w:p>
    <w:p w14:paraId="004BE62E" w14:textId="77777777" w:rsidR="009D33F6" w:rsidRPr="0062189B" w:rsidRDefault="009D33F6" w:rsidP="00B34C17">
      <w:pPr>
        <w:jc w:val="both"/>
        <w:rPr>
          <w:rFonts w:ascii="Arial" w:hAnsi="Arial" w:cs="Arial"/>
        </w:rPr>
      </w:pPr>
    </w:p>
    <w:p w14:paraId="7ACA10C1" w14:textId="38AD6194" w:rsidR="009D33F6" w:rsidRPr="0062189B" w:rsidRDefault="00000000" w:rsidP="00B34C17">
      <w:pPr>
        <w:jc w:val="both"/>
        <w:rPr>
          <w:rFonts w:ascii="Arial" w:hAnsi="Arial" w:cs="Arial"/>
        </w:rPr>
      </w:pPr>
      <w:r w:rsidRPr="0062189B">
        <w:rPr>
          <w:rFonts w:ascii="Arial" w:hAnsi="Arial" w:cs="Arial"/>
        </w:rPr>
        <w:t xml:space="preserve">Sala das </w:t>
      </w:r>
      <w:proofErr w:type="spellStart"/>
      <w:r w:rsidRPr="0062189B">
        <w:rPr>
          <w:rFonts w:ascii="Arial" w:hAnsi="Arial" w:cs="Arial"/>
        </w:rPr>
        <w:t>Sessões</w:t>
      </w:r>
      <w:proofErr w:type="spellEnd"/>
      <w:r w:rsidRPr="0062189B">
        <w:rPr>
          <w:rFonts w:ascii="Arial" w:hAnsi="Arial" w:cs="Arial"/>
        </w:rPr>
        <w:t xml:space="preserve">, </w:t>
      </w:r>
      <w:r w:rsidR="00B34C17" w:rsidRPr="0062189B">
        <w:rPr>
          <w:rFonts w:ascii="Arial" w:hAnsi="Arial" w:cs="Arial"/>
        </w:rPr>
        <w:t>27</w:t>
      </w:r>
      <w:r w:rsidRPr="0062189B">
        <w:rPr>
          <w:rFonts w:ascii="Arial" w:hAnsi="Arial" w:cs="Arial"/>
        </w:rPr>
        <w:t xml:space="preserve"> de </w:t>
      </w:r>
      <w:proofErr w:type="spellStart"/>
      <w:r w:rsidR="00B34C17" w:rsidRPr="0062189B">
        <w:rPr>
          <w:rFonts w:ascii="Arial" w:hAnsi="Arial" w:cs="Arial"/>
        </w:rPr>
        <w:t>março</w:t>
      </w:r>
      <w:proofErr w:type="spellEnd"/>
      <w:r w:rsidRPr="0062189B">
        <w:rPr>
          <w:rFonts w:ascii="Arial" w:hAnsi="Arial" w:cs="Arial"/>
        </w:rPr>
        <w:t xml:space="preserve"> de 2026.</w:t>
      </w:r>
    </w:p>
    <w:p w14:paraId="34F1B619" w14:textId="77777777" w:rsidR="009D33F6" w:rsidRDefault="009D33F6">
      <w:pPr>
        <w:rPr>
          <w:rFonts w:ascii="Arial" w:hAnsi="Arial" w:cs="Arial"/>
        </w:rPr>
      </w:pPr>
    </w:p>
    <w:p w14:paraId="148AA404" w14:textId="77777777" w:rsidR="0062189B" w:rsidRPr="0062189B" w:rsidRDefault="0062189B">
      <w:pPr>
        <w:rPr>
          <w:rFonts w:ascii="Arial" w:hAnsi="Arial" w:cs="Arial"/>
        </w:rPr>
      </w:pPr>
    </w:p>
    <w:p w14:paraId="05DA2BB2" w14:textId="15F745E0" w:rsidR="00B34C17" w:rsidRPr="0062189B" w:rsidRDefault="00000000">
      <w:pPr>
        <w:rPr>
          <w:rFonts w:ascii="Arial" w:hAnsi="Arial" w:cs="Arial"/>
        </w:rPr>
      </w:pPr>
      <w:r w:rsidRPr="0062189B">
        <w:rPr>
          <w:rFonts w:ascii="Arial" w:hAnsi="Arial" w:cs="Arial"/>
          <w:b/>
        </w:rPr>
        <w:t>Márcio Ferrari</w:t>
      </w:r>
      <w:r w:rsidRPr="0062189B">
        <w:rPr>
          <w:rFonts w:ascii="Arial" w:hAnsi="Arial" w:cs="Arial"/>
          <w:b/>
        </w:rPr>
        <w:br/>
      </w:r>
      <w:proofErr w:type="spellStart"/>
      <w:r w:rsidRPr="0062189B">
        <w:rPr>
          <w:rFonts w:ascii="Arial" w:hAnsi="Arial" w:cs="Arial"/>
        </w:rPr>
        <w:t>Vereador</w:t>
      </w:r>
      <w:proofErr w:type="spellEnd"/>
    </w:p>
    <w:p w14:paraId="774C370F" w14:textId="77777777" w:rsidR="000118F2" w:rsidRPr="0062189B" w:rsidRDefault="00B34C17">
      <w:pPr>
        <w:rPr>
          <w:rFonts w:ascii="Arial" w:hAnsi="Arial" w:cs="Arial"/>
        </w:rPr>
      </w:pPr>
      <w:proofErr w:type="spellStart"/>
      <w:r w:rsidRPr="0062189B">
        <w:rPr>
          <w:rFonts w:ascii="Arial" w:hAnsi="Arial" w:cs="Arial"/>
        </w:rPr>
        <w:t>Assinaturas</w:t>
      </w:r>
      <w:proofErr w:type="spellEnd"/>
      <w:r w:rsidRPr="0062189B">
        <w:rPr>
          <w:rFonts w:ascii="Arial" w:hAnsi="Arial" w:cs="Arial"/>
        </w:rPr>
        <w:t xml:space="preserve"> de </w:t>
      </w:r>
      <w:proofErr w:type="spellStart"/>
      <w:r w:rsidRPr="0062189B">
        <w:rPr>
          <w:rFonts w:ascii="Arial" w:hAnsi="Arial" w:cs="Arial"/>
        </w:rPr>
        <w:t>Apoio</w:t>
      </w:r>
      <w:proofErr w:type="spellEnd"/>
      <w:r w:rsidRPr="0062189B">
        <w:rPr>
          <w:rFonts w:ascii="Arial" w:hAnsi="Arial" w:cs="Arial"/>
        </w:rPr>
        <w:t>:</w:t>
      </w:r>
    </w:p>
    <w:p w14:paraId="2A709685" w14:textId="77777777" w:rsidR="000118F2" w:rsidRPr="0062189B" w:rsidRDefault="000118F2">
      <w:pPr>
        <w:rPr>
          <w:rFonts w:ascii="Arial" w:hAnsi="Arial" w:cs="Arial"/>
        </w:rPr>
      </w:pPr>
    </w:p>
    <w:p w14:paraId="1C817E6B" w14:textId="41E933AF" w:rsidR="00B34C17" w:rsidRPr="0062189B" w:rsidRDefault="00B34C17">
      <w:pPr>
        <w:rPr>
          <w:rFonts w:ascii="Arial" w:hAnsi="Arial" w:cs="Arial"/>
        </w:rPr>
      </w:pPr>
      <w:r w:rsidRPr="0062189B">
        <w:rPr>
          <w:rFonts w:ascii="Arial" w:hAnsi="Arial" w:cs="Arial"/>
        </w:rPr>
        <w:br/>
        <w:t>Josuel Schneiger</w:t>
      </w:r>
      <w:r w:rsidR="000118F2" w:rsidRPr="0062189B">
        <w:rPr>
          <w:rFonts w:ascii="Arial" w:hAnsi="Arial" w:cs="Arial"/>
        </w:rPr>
        <w:t xml:space="preserve">                                                </w:t>
      </w:r>
      <w:proofErr w:type="spellStart"/>
      <w:r w:rsidR="000118F2" w:rsidRPr="0062189B">
        <w:rPr>
          <w:rFonts w:ascii="Arial" w:hAnsi="Arial" w:cs="Arial"/>
        </w:rPr>
        <w:t>Mônica</w:t>
      </w:r>
      <w:proofErr w:type="spellEnd"/>
      <w:r w:rsidR="000118F2" w:rsidRPr="0062189B">
        <w:rPr>
          <w:rFonts w:ascii="Arial" w:hAnsi="Arial" w:cs="Arial"/>
        </w:rPr>
        <w:t xml:space="preserve"> de Sousa</w:t>
      </w:r>
      <w:r w:rsidRPr="0062189B">
        <w:rPr>
          <w:rFonts w:ascii="Arial" w:hAnsi="Arial" w:cs="Arial"/>
        </w:rPr>
        <w:br/>
      </w:r>
      <w:proofErr w:type="spellStart"/>
      <w:r w:rsidRPr="0062189B">
        <w:rPr>
          <w:rFonts w:ascii="Arial" w:hAnsi="Arial" w:cs="Arial"/>
        </w:rPr>
        <w:t>Vereador</w:t>
      </w:r>
      <w:proofErr w:type="spellEnd"/>
      <w:r w:rsidRPr="0062189B">
        <w:rPr>
          <w:rFonts w:ascii="Arial" w:hAnsi="Arial" w:cs="Arial"/>
        </w:rPr>
        <w:t xml:space="preserve"> </w:t>
      </w:r>
      <w:r w:rsidR="000118F2" w:rsidRPr="0062189B">
        <w:rPr>
          <w:rFonts w:ascii="Arial" w:hAnsi="Arial" w:cs="Arial"/>
        </w:rPr>
        <w:t xml:space="preserve">                                                               </w:t>
      </w:r>
      <w:proofErr w:type="spellStart"/>
      <w:r w:rsidR="000118F2" w:rsidRPr="0062189B">
        <w:rPr>
          <w:rFonts w:ascii="Arial" w:hAnsi="Arial" w:cs="Arial"/>
        </w:rPr>
        <w:t>Vereadora</w:t>
      </w:r>
      <w:proofErr w:type="spellEnd"/>
    </w:p>
    <w:p w14:paraId="396E9C1D" w14:textId="3AA9E982" w:rsidR="00B34C17" w:rsidRPr="0062189B" w:rsidRDefault="00B34C17">
      <w:pPr>
        <w:rPr>
          <w:rFonts w:ascii="Arial" w:hAnsi="Arial" w:cs="Arial"/>
        </w:rPr>
      </w:pPr>
    </w:p>
    <w:sectPr w:rsidR="00B34C17" w:rsidRPr="0062189B" w:rsidSect="000118F2">
      <w:pgSz w:w="12240" w:h="15840"/>
      <w:pgMar w:top="567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0002824">
    <w:abstractNumId w:val="8"/>
  </w:num>
  <w:num w:numId="2" w16cid:durableId="14771689">
    <w:abstractNumId w:val="6"/>
  </w:num>
  <w:num w:numId="3" w16cid:durableId="1904636624">
    <w:abstractNumId w:val="5"/>
  </w:num>
  <w:num w:numId="4" w16cid:durableId="829558796">
    <w:abstractNumId w:val="4"/>
  </w:num>
  <w:num w:numId="5" w16cid:durableId="1266499099">
    <w:abstractNumId w:val="7"/>
  </w:num>
  <w:num w:numId="6" w16cid:durableId="41944557">
    <w:abstractNumId w:val="3"/>
  </w:num>
  <w:num w:numId="7" w16cid:durableId="1793590651">
    <w:abstractNumId w:val="2"/>
  </w:num>
  <w:num w:numId="8" w16cid:durableId="848567569">
    <w:abstractNumId w:val="1"/>
  </w:num>
  <w:num w:numId="9" w16cid:durableId="1749646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18F2"/>
    <w:rsid w:val="00034616"/>
    <w:rsid w:val="0006063C"/>
    <w:rsid w:val="0015074B"/>
    <w:rsid w:val="0029639D"/>
    <w:rsid w:val="00326F90"/>
    <w:rsid w:val="0062189B"/>
    <w:rsid w:val="009D33F6"/>
    <w:rsid w:val="00AA1D8D"/>
    <w:rsid w:val="00B34C17"/>
    <w:rsid w:val="00B47730"/>
    <w:rsid w:val="00B6636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29F722"/>
  <w14:defaultImageDpi w14:val="300"/>
  <w15:docId w15:val="{C87080B9-EE25-40AA-B85D-153359F2E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360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644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357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Usuario</cp:lastModifiedBy>
  <cp:revision>5</cp:revision>
  <cp:lastPrinted>2026-03-27T19:19:00Z</cp:lastPrinted>
  <dcterms:created xsi:type="dcterms:W3CDTF">2013-12-23T23:15:00Z</dcterms:created>
  <dcterms:modified xsi:type="dcterms:W3CDTF">2026-03-27T20:06:00Z</dcterms:modified>
  <cp:category/>
</cp:coreProperties>
</file>